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D053" w14:textId="77777777" w:rsidR="00966053" w:rsidRDefault="00D02467">
      <w:pPr>
        <w:pStyle w:val="Title"/>
      </w:pPr>
      <w:r>
        <w:t>Request career development support</w:t>
      </w:r>
    </w:p>
    <w:p w14:paraId="0312B5A8" w14:textId="77777777" w:rsidR="00966053" w:rsidRDefault="00D02467">
      <w:r>
        <w:t>Use this template as a registered learning disability nurse asking your manager for a specific development opportunity. A colleague or representative can help with the request if you agree.</w:t>
      </w:r>
    </w:p>
    <w:p w14:paraId="7FCF95AB" w14:textId="77777777" w:rsidR="00966053" w:rsidRDefault="00D02467">
      <w:r>
        <w:t>Subject: Career development support in learning disability nursing</w:t>
      </w:r>
    </w:p>
    <w:p w14:paraId="59ADB554" w14:textId="77777777" w:rsidR="00966053" w:rsidRDefault="00D02467">
      <w:r>
        <w:t>Dear [manager or development lead],</w:t>
      </w:r>
    </w:p>
    <w:p w14:paraId="78124595" w14:textId="77777777" w:rsidR="00966053" w:rsidRDefault="00D02467">
      <w:r>
        <w:t>I would like to discuss support for [specific course, qualification, supervised experience or development opportunity]. My aim is to develop [skill or capability] in my learning disability nursing role.</w:t>
      </w:r>
    </w:p>
    <w:p w14:paraId="70045ECF" w14:textId="77777777" w:rsidR="00966053" w:rsidRDefault="00D02467">
      <w:r>
        <w:t>This would help me contribute to [specific agreed service need or professional goal]. At present, the practical barrier is [cost, release time, supervision, access or another relevant issue].</w:t>
      </w:r>
    </w:p>
    <w:p w14:paraId="72B62ACD" w14:textId="77777777" w:rsidR="00966053" w:rsidRDefault="00D02467">
      <w:r>
        <w:t>I am asking for [one specific decision or meeting]. Please could we clarify:</w:t>
      </w:r>
    </w:p>
    <w:p w14:paraId="5194E133" w14:textId="77777777" w:rsidR="00966053" w:rsidRDefault="00D02467">
      <w:pPr>
        <w:pStyle w:val="ListBullet"/>
      </w:pPr>
      <w:r>
        <w:t>Whether this opportunity fits our development priorities and what approval is needed?</w:t>
      </w:r>
    </w:p>
    <w:p w14:paraId="57903C90" w14:textId="77777777" w:rsidR="00966053" w:rsidRDefault="00D02467">
      <w:pPr>
        <w:pStyle w:val="ListBullet"/>
      </w:pPr>
      <w:r>
        <w:t>What funding and protected learning time could be provided, including any cover arrangements?</w:t>
      </w:r>
    </w:p>
    <w:p w14:paraId="537054C0" w14:textId="77777777" w:rsidR="00966053" w:rsidRDefault="00D02467">
      <w:pPr>
        <w:pStyle w:val="ListBullet"/>
      </w:pPr>
      <w:r>
        <w:t>Who would provide supervision or help me apply the learning in practice?</w:t>
      </w:r>
    </w:p>
    <w:p w14:paraId="17702DEF" w14:textId="77777777" w:rsidR="00966053" w:rsidRDefault="00D02467">
      <w:pPr>
        <w:pStyle w:val="ListBullet"/>
      </w:pPr>
      <w:r>
        <w:t>What fair eligibility criteria or contractual conditions apply?</w:t>
      </w:r>
    </w:p>
    <w:p w14:paraId="459ED7AE" w14:textId="77777777" w:rsidR="00966053" w:rsidRDefault="00D02467">
      <w:pPr>
        <w:pStyle w:val="ListBullet"/>
      </w:pPr>
      <w:r>
        <w:t>Who will make the decision and when I can expect an answer?</w:t>
      </w:r>
    </w:p>
    <w:p w14:paraId="79C50E57" w14:textId="77777777" w:rsidR="00966053" w:rsidRDefault="00D02467">
      <w:r>
        <w:t>My proposed next step is [meeting, application or other step] by [realistic date]. If this option cannot be supported, could we discuss a practical alternative and agree when it will be reviewed?</w:t>
      </w:r>
    </w:p>
    <w:p w14:paraId="17C42189" w14:textId="77777777" w:rsidR="00966053" w:rsidRDefault="00D02467">
      <w:r>
        <w:t>Kind regards,</w:t>
      </w:r>
      <w:r>
        <w:br/>
        <w:t>[your name]</w:t>
      </w:r>
      <w:r>
        <w:br/>
        <w:t>[your role or connection, if relevant]</w:t>
      </w:r>
      <w:r>
        <w:br/>
        <w:t>[your contact details]</w:t>
      </w:r>
    </w:p>
    <w:p w14:paraId="5A47370C" w14:textId="77777777" w:rsidR="00966053" w:rsidRDefault="00D02467">
      <w:pPr>
        <w:pStyle w:val="Heading1"/>
      </w:pPr>
      <w:r>
        <w:t>Make the request concrete</w:t>
      </w:r>
    </w:p>
    <w:p w14:paraId="79179CA0" w14:textId="77777777" w:rsidR="00966053" w:rsidRDefault="00D02467">
      <w:r>
        <w:t>For example: “Could we meet to consider one protected supervision session each month for the next three months, then review whether it is helping me develop [skill]?” This is illustrative wording, not a recommendation for every role.</w:t>
      </w:r>
    </w:p>
    <w:p w14:paraId="19E09B17" w14:textId="77777777" w:rsidR="00966053" w:rsidRDefault="00D02467">
      <w:pPr>
        <w:pStyle w:val="Heading1"/>
      </w:pPr>
      <w:r>
        <w:t>Before sending</w:t>
      </w:r>
    </w:p>
    <w:p w14:paraId="58AA89A9" w14:textId="77777777" w:rsidR="00966053" w:rsidRDefault="00D02467">
      <w:r>
        <w:t>Replace the square brackets and remove questions that do not apply. Obtain any permission your role requires. Do not include patient-identifiable information or sensitive staff details. Send the request to your manager or professional development lead.</w:t>
      </w:r>
    </w:p>
    <w:p w14:paraId="216FFD1A" w14:textId="77777777" w:rsidR="00966053" w:rsidRDefault="00D02467">
      <w:pPr>
        <w:pStyle w:val="Heading1"/>
      </w:pPr>
      <w:r>
        <w:t>Follow up</w:t>
      </w:r>
    </w:p>
    <w:p w14:paraId="604D86B7" w14:textId="77777777" w:rsidR="00966053" w:rsidRDefault="00D02467">
      <w:r>
        <w:t>Follow up in the original email thread after the agreed response date, or after around two weeks if no date was given. Allow for holidays and any stated response time.</w:t>
      </w:r>
    </w:p>
    <w:p w14:paraId="19360422" w14:textId="77777777" w:rsidR="00966053" w:rsidRDefault="00D02467">
      <w:r>
        <w:t>Could we agree who will consider my request for [opportunity] and when I can expect a decision or discussion? If it cannot be supported, could we identify an alternative and a review date?</w:t>
      </w:r>
    </w:p>
    <w:sectPr w:rsidR="00966053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F0B7" w14:textId="77777777" w:rsidR="00D02467" w:rsidRDefault="00D02467">
      <w:pPr>
        <w:spacing w:after="0" w:line="240" w:lineRule="auto"/>
      </w:pPr>
      <w:r>
        <w:separator/>
      </w:r>
    </w:p>
  </w:endnote>
  <w:endnote w:type="continuationSeparator" w:id="0">
    <w:p w14:paraId="6FD55598" w14:textId="77777777" w:rsidR="00D02467" w:rsidRDefault="00D0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0B2C3" w14:textId="77777777" w:rsidR="00966053" w:rsidRDefault="00D02467">
    <w:pPr>
      <w:pStyle w:val="Footer"/>
    </w:pPr>
    <w:r>
      <w:t>Arraglen Training | Career development request |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637EB" w14:textId="77777777" w:rsidR="00D02467" w:rsidRDefault="00D02467">
      <w:pPr>
        <w:spacing w:after="0" w:line="240" w:lineRule="auto"/>
      </w:pPr>
      <w:r>
        <w:separator/>
      </w:r>
    </w:p>
  </w:footnote>
  <w:footnote w:type="continuationSeparator" w:id="0">
    <w:p w14:paraId="0036FEC5" w14:textId="77777777" w:rsidR="00D02467" w:rsidRDefault="00D0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5834588">
    <w:abstractNumId w:val="8"/>
  </w:num>
  <w:num w:numId="2" w16cid:durableId="1036390463">
    <w:abstractNumId w:val="6"/>
  </w:num>
  <w:num w:numId="3" w16cid:durableId="1890875779">
    <w:abstractNumId w:val="5"/>
  </w:num>
  <w:num w:numId="4" w16cid:durableId="1110050613">
    <w:abstractNumId w:val="4"/>
  </w:num>
  <w:num w:numId="5" w16cid:durableId="998192870">
    <w:abstractNumId w:val="7"/>
  </w:num>
  <w:num w:numId="6" w16cid:durableId="2053652740">
    <w:abstractNumId w:val="3"/>
  </w:num>
  <w:num w:numId="7" w16cid:durableId="1610896111">
    <w:abstractNumId w:val="2"/>
  </w:num>
  <w:num w:numId="8" w16cid:durableId="1427849174">
    <w:abstractNumId w:val="1"/>
  </w:num>
  <w:num w:numId="9" w16cid:durableId="209462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40975"/>
    <w:rsid w:val="00966053"/>
    <w:rsid w:val="00AA1D8D"/>
    <w:rsid w:val="00B47730"/>
    <w:rsid w:val="00CB0664"/>
    <w:rsid w:val="00D02467"/>
    <w:rsid w:val="00F231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ECBA0D"/>
  <w14:defaultImageDpi w14:val="300"/>
  <w15:docId w15:val="{A352B7EE-B9B2-4469-B6C5-60E4F6AA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for action: leadership request and follow-up templates</dc:title>
  <dc:subject/>
  <dc:creator>Arraglen Training</dc:creator>
  <cp:keywords/>
  <dc:description>generated by python-docx</dc:description>
  <cp:lastModifiedBy>Niall O'LOINGSIGH</cp:lastModifiedBy>
  <cp:revision>2</cp:revision>
  <dcterms:created xsi:type="dcterms:W3CDTF">2026-09-30T14:21:00Z</dcterms:created>
  <dcterms:modified xsi:type="dcterms:W3CDTF">2026-09-30T14:21:00Z</dcterms:modified>
  <cp:category/>
</cp:coreProperties>
</file>