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1DCF" w14:textId="77777777" w:rsidR="00671A0E" w:rsidRDefault="00176D08">
      <w:pPr>
        <w:pStyle w:val="Title"/>
      </w:pPr>
      <w:r>
        <w:t>Offer a learning disability nursing placement</w:t>
      </w:r>
    </w:p>
    <w:p w14:paraId="193A596E" w14:textId="77777777" w:rsidR="00671A0E" w:rsidRDefault="00176D08">
      <w:pPr>
        <w:pStyle w:val="Subtitle"/>
      </w:pPr>
      <w:r>
        <w:t>Enquiry template</w:t>
      </w:r>
    </w:p>
    <w:p w14:paraId="6E859285" w14:textId="77777777" w:rsidR="00671A0E" w:rsidRDefault="00176D08">
      <w:r>
        <w:t>For service managers and placement leads exploring whether their service could provide a learning disability nursing placement. Use the email on page 2 to start a discussion with a university nursing placement team. An enquiry does not establish that your service is approved or commit it to hosting a student.</w:t>
      </w:r>
    </w:p>
    <w:p w14:paraId="1552F60D" w14:textId="77777777" w:rsidR="00671A0E" w:rsidRDefault="00176D08">
      <w:pPr>
        <w:pStyle w:val="Heading1"/>
      </w:pPr>
      <w:r>
        <w:t>Before sending</w:t>
      </w:r>
    </w:p>
    <w:p w14:paraId="2AB5FC68" w14:textId="77777777" w:rsidR="00671A0E" w:rsidRDefault="00176D08">
      <w:r>
        <w:t>Replace the square brackets and remove anything that does not apply. Obtain any permission needed to enquire on behalf of your organisation. Describe your current capacity honestly, including supervision gaps that would need resolving. Do not include identifiable information about people using the service or sensitive staff details.</w:t>
      </w:r>
    </w:p>
    <w:p w14:paraId="22A0F7A7" w14:textId="77777777" w:rsidR="00671A0E" w:rsidRDefault="00176D08">
      <w:pPr>
        <w:pStyle w:val="Heading1"/>
      </w:pPr>
      <w:r>
        <w:t>Describe useful learning</w:t>
      </w:r>
    </w:p>
    <w:p w14:paraId="14497B4A" w14:textId="77777777" w:rsidR="00671A0E" w:rsidRDefault="00176D08">
      <w:r>
        <w:t>Identify specific opportunities relevant to learning disability nursing and your setting. For example, students might learn about adapting communication, reasonable adjustments, supporting people’s choices or working with other professionals. Describe opportunities that your service can genuinely offer, with suitable supervision and respect for people’s consent and privacy.</w:t>
      </w:r>
    </w:p>
    <w:p w14:paraId="620B9382" w14:textId="77777777" w:rsidR="00671A0E" w:rsidRDefault="00176D08">
      <w:pPr>
        <w:pStyle w:val="Heading1"/>
      </w:pPr>
      <w:r>
        <w:t>Be clear about supervision</w:t>
      </w:r>
    </w:p>
    <w:p w14:paraId="7126C2F5" w14:textId="77777777" w:rsidR="00671A0E" w:rsidRDefault="00176D08">
      <w:r>
        <w:t>Say which registered professionals could potentially supervise learning, their relevant experience and the time they could provide. Ask the university how supervision, assessment and access to learning disability nursing expertise would be arranged. Avoid presenting a staffing vacancy as a student learning opportunity.</w:t>
      </w:r>
    </w:p>
    <w:p w14:paraId="77121DF2" w14:textId="77777777" w:rsidR="00671A0E" w:rsidRDefault="00176D08">
      <w:pPr>
        <w:pStyle w:val="Heading1"/>
      </w:pPr>
      <w:r>
        <w:t>After sending</w:t>
      </w:r>
    </w:p>
    <w:p w14:paraId="0D13D151" w14:textId="77777777" w:rsidR="00671A0E" w:rsidRDefault="00176D08">
      <w:r>
        <w:t>Keep the reply and agree who will explore the next step. Confirm university requirements, organisational approval, supervision and assessment arrangements, learner support and realistic capacity before accepting a student. If no response time is given, consider following up in the original thread after around two weeks, allowing for holidays.</w:t>
      </w:r>
    </w:p>
    <w:p w14:paraId="4C51C267" w14:textId="77777777" w:rsidR="00671A0E" w:rsidRDefault="00176D08">
      <w:pPr>
        <w:pStyle w:val="Heading1"/>
      </w:pPr>
      <w:r>
        <w:t>Evidence and review</w:t>
      </w:r>
    </w:p>
    <w:p w14:paraId="779BC92C" w14:textId="77777777" w:rsidR="00671A0E" w:rsidRDefault="00176D08">
      <w:r>
        <w:t>Royal College of Nursing (2026) recommends expanding and improving placements to reflect where learning disability nurses practise. Nursing and Midwifery Council (2023) standards require safe, effective learning and appropriate supervision. This is suggested enquiry wording; Registered learning disability nurse and educator review remains outstanding before public release.</w:t>
      </w:r>
    </w:p>
    <w:p w14:paraId="2E81A26F" w14:textId="77777777" w:rsidR="00671A0E" w:rsidRDefault="00176D08">
      <w:r>
        <w:t>Sources: RCN, Safety, Equity and Expertise, recommendation 4: https://www.rcn.org.uk/Professional-Development/publications/rcn-safety-equity-and-expertise-uk-review-uk-pub-012-541</w:t>
      </w:r>
    </w:p>
    <w:p w14:paraId="3E414322" w14:textId="77777777" w:rsidR="00671A0E" w:rsidRDefault="00176D08">
      <w:r>
        <w:t>NMC, Standards for student supervision and assessment: https://www.nmc.org.uk/globalassets/sitedocuments/standards/2024/printer-friendly/standards-for-student-supervision-and-assessment-print-friendly.pdf</w:t>
      </w:r>
    </w:p>
    <w:p w14:paraId="68B93BC7" w14:textId="77777777" w:rsidR="00671A0E" w:rsidRDefault="00176D08">
      <w:r>
        <w:br w:type="page"/>
      </w:r>
    </w:p>
    <w:p w14:paraId="253725A0" w14:textId="77777777" w:rsidR="00671A0E" w:rsidRDefault="00176D08">
      <w:pPr>
        <w:pStyle w:val="Heading1"/>
      </w:pPr>
      <w:r>
        <w:lastRenderedPageBreak/>
        <w:t>Email to the university placement team</w:t>
      </w:r>
    </w:p>
    <w:p w14:paraId="4FAB26EB" w14:textId="77777777" w:rsidR="00671A0E" w:rsidRDefault="00176D08">
      <w:r>
        <w:t>Subject: Exploring a learning disability nursing placement at [service name]</w:t>
      </w:r>
    </w:p>
    <w:p w14:paraId="7400DD42" w14:textId="77777777" w:rsidR="00671A0E" w:rsidRDefault="00176D08">
      <w:r>
        <w:t>Dear [name or nursing placement team],</w:t>
      </w:r>
    </w:p>
    <w:p w14:paraId="60352FA6" w14:textId="77777777" w:rsidR="00671A0E" w:rsidRDefault="00176D08">
      <w:r>
        <w:t>I am [name and role] at [organisation], a [brief service description] in [area and UK nation]. We would like to explore whether our service could offer a suitable placement for learning disability nursing students.</w:t>
      </w:r>
    </w:p>
    <w:p w14:paraId="7371EB1D" w14:textId="77777777" w:rsidR="00671A0E" w:rsidRDefault="00176D08">
      <w:r>
        <w:t>Students could potentially learn about [two or three specific opportunities relevant to the service and learning disability nursing]. For example, [brief, non-identifying description of a supervised learning activity].</w:t>
      </w:r>
    </w:p>
    <w:p w14:paraId="7455A261" w14:textId="77777777" w:rsidR="00671A0E" w:rsidRDefault="00176D08">
      <w:r>
        <w:t>Our potential supervision capacity is [registered professional roles, relevant experience and available time]. Access to learning disability nursing expertise is [current arrangements or a gap requiring discussion]. These arrangements would need to be assessed with your team before any placement could be agreed.</w:t>
      </w:r>
    </w:p>
    <w:p w14:paraId="14436458" w14:textId="77777777" w:rsidR="00671A0E" w:rsidRDefault="00176D08">
      <w:r>
        <w:t>We could provisionally explore [number of students, placement period and available days or hours], subject to approval, staffing and suitable learning arrangements. Our main practical constraints are [relevant limits, or remove this sentence].</w:t>
      </w:r>
    </w:p>
    <w:p w14:paraId="786D363E" w14:textId="77777777" w:rsidR="00671A0E" w:rsidRDefault="00176D08">
      <w:r>
        <w:t>Please could you advise:</w:t>
      </w:r>
    </w:p>
    <w:p w14:paraId="10C6E429" w14:textId="77777777" w:rsidR="00671A0E" w:rsidRDefault="00176D08">
      <w:pPr>
        <w:pStyle w:val="ListBullet"/>
      </w:pPr>
      <w:r>
        <w:t>Whether these opportunities could meet your students’ programme outcomes and stage of learning?</w:t>
      </w:r>
    </w:p>
    <w:p w14:paraId="392BA148" w14:textId="77777777" w:rsidR="00671A0E" w:rsidRDefault="00176D08">
      <w:pPr>
        <w:pStyle w:val="ListBullet"/>
      </w:pPr>
      <w:r>
        <w:t>What approval process, assessment of the learning environment and agreements would be required?</w:t>
      </w:r>
    </w:p>
    <w:p w14:paraId="59D71D53" w14:textId="77777777" w:rsidR="00671A0E" w:rsidRDefault="00176D08">
      <w:pPr>
        <w:pStyle w:val="ListBullet"/>
      </w:pPr>
      <w:r>
        <w:t>What preparation and support our team would need, including practice supervision, assessment and access to learning disability nursing expertise?</w:t>
      </w:r>
    </w:p>
    <w:p w14:paraId="2C8CCEA6" w14:textId="77777777" w:rsidR="00671A0E" w:rsidRDefault="00176D08">
      <w:pPr>
        <w:pStyle w:val="ListBullet"/>
      </w:pPr>
      <w:r>
        <w:t>How student support, adjustments, concerns and escalation would be managed?</w:t>
      </w:r>
    </w:p>
    <w:p w14:paraId="30E07373" w14:textId="77777777" w:rsidR="00671A0E" w:rsidRDefault="00176D08">
      <w:pPr>
        <w:pStyle w:val="ListBullet"/>
      </w:pPr>
      <w:r>
        <w:t>What capacity and timetable would be realistic, and who should lead the next discussion?</w:t>
      </w:r>
    </w:p>
    <w:p w14:paraId="2DB9BEA6" w14:textId="77777777" w:rsidR="00671A0E" w:rsidRDefault="00176D08">
      <w:r>
        <w:t>We understand that an enquiry is the first step and does not constitute an approved placement. If this belongs with another team, please could you identify the appropriate contact?</w:t>
      </w:r>
    </w:p>
    <w:p w14:paraId="49D39ECD" w14:textId="77777777" w:rsidR="00671A0E" w:rsidRDefault="00176D08">
      <w:r>
        <w:t>Kind regards,</w:t>
      </w:r>
      <w:r>
        <w:br/>
        <w:t>[name]</w:t>
      </w:r>
      <w:r>
        <w:br/>
        <w:t>[role and organisation]</w:t>
      </w:r>
      <w:r>
        <w:br/>
        <w:t>[work contact details]</w:t>
      </w:r>
    </w:p>
    <w:p w14:paraId="567FF6AA" w14:textId="77777777" w:rsidR="00671A0E" w:rsidRDefault="00176D08">
      <w:pPr>
        <w:pStyle w:val="Heading1"/>
      </w:pPr>
      <w:r>
        <w:t>Optional follow up</w:t>
      </w:r>
    </w:p>
    <w:p w14:paraId="0626A995" w14:textId="77777777" w:rsidR="00671A0E" w:rsidRDefault="00176D08">
      <w:r>
        <w:t>I’m following up on my enquiry of [date] about a possible learning disability nursing placement at [service]. Could you let me know who can discuss its suitability and the approval requirements, and when we might arrange an initial conversation?</w:t>
      </w:r>
    </w:p>
    <w:p w14:paraId="14447A18" w14:textId="77777777" w:rsidR="00671A0E" w:rsidRDefault="00176D08">
      <w:r>
        <w:t>Prepared by Arraglen Training for LD nursing needs YOU | www.arraglen.com/rnld</w:t>
      </w:r>
    </w:p>
    <w:sectPr w:rsidR="00671A0E"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B1BB" w14:textId="77777777" w:rsidR="00176D08" w:rsidRDefault="00176D08">
      <w:pPr>
        <w:spacing w:after="0" w:line="240" w:lineRule="auto"/>
      </w:pPr>
      <w:r>
        <w:separator/>
      </w:r>
    </w:p>
  </w:endnote>
  <w:endnote w:type="continuationSeparator" w:id="0">
    <w:p w14:paraId="662C8F54" w14:textId="77777777" w:rsidR="00176D08" w:rsidRDefault="00176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DCB7" w14:textId="77777777" w:rsidR="00671A0E" w:rsidRDefault="00176D08">
    <w:pPr>
      <w:pStyle w:val="Footer"/>
    </w:pPr>
    <w:r>
      <w:rPr>
        <w:sz w:val="18"/>
      </w:rPr>
      <w:t xml:space="preserve">Arraglen Training | Version 1.0 | 30 September 2026 | </w:t>
    </w:r>
    <w:r>
      <w:fldChar w:fldCharType="begin"/>
    </w:r>
    <w:r>
      <w:instrText>PAGE</w:instrText>
    </w:r>
    <w:r>
      <w:fldChar w:fldCharType="separate"/>
    </w:r>
    <w:r w:rsidR="00345EE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F18BB" w14:textId="77777777" w:rsidR="00176D08" w:rsidRDefault="00176D08">
      <w:pPr>
        <w:spacing w:after="0" w:line="240" w:lineRule="auto"/>
      </w:pPr>
      <w:r>
        <w:separator/>
      </w:r>
    </w:p>
  </w:footnote>
  <w:footnote w:type="continuationSeparator" w:id="0">
    <w:p w14:paraId="37A12082" w14:textId="77777777" w:rsidR="00176D08" w:rsidRDefault="00176D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7003669">
    <w:abstractNumId w:val="8"/>
  </w:num>
  <w:num w:numId="2" w16cid:durableId="20252947">
    <w:abstractNumId w:val="6"/>
  </w:num>
  <w:num w:numId="3" w16cid:durableId="511454932">
    <w:abstractNumId w:val="5"/>
  </w:num>
  <w:num w:numId="4" w16cid:durableId="1538814106">
    <w:abstractNumId w:val="4"/>
  </w:num>
  <w:num w:numId="5" w16cid:durableId="499927577">
    <w:abstractNumId w:val="7"/>
  </w:num>
  <w:num w:numId="6" w16cid:durableId="132915216">
    <w:abstractNumId w:val="3"/>
  </w:num>
  <w:num w:numId="7" w16cid:durableId="1030230283">
    <w:abstractNumId w:val="2"/>
  </w:num>
  <w:num w:numId="8" w16cid:durableId="2041010413">
    <w:abstractNumId w:val="1"/>
  </w:num>
  <w:num w:numId="9" w16cid:durableId="35037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6D08"/>
    <w:rsid w:val="0029639D"/>
    <w:rsid w:val="00326F90"/>
    <w:rsid w:val="00345EE2"/>
    <w:rsid w:val="00671A0E"/>
    <w:rsid w:val="00AA1D8D"/>
    <w:rsid w:val="00B47730"/>
    <w:rsid w:val="00CB0664"/>
    <w:rsid w:val="00F231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F6B2E4"/>
  <w14:defaultImageDpi w14:val="300"/>
  <w15:docId w15:val="{A352B7EE-B9B2-4469-B6C5-60E4F6AA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a learning disability nursing placement: enquiry template</dc:title>
  <dc:subject/>
  <dc:creator>Arraglen Training</dc:creator>
  <cp:keywords/>
  <dc:description>generated by python-docx</dc:description>
  <cp:lastModifiedBy>Niall O'LOINGSIGH</cp:lastModifiedBy>
  <cp:revision>2</cp:revision>
  <dcterms:created xsi:type="dcterms:W3CDTF">2026-09-30T14:55:00Z</dcterms:created>
  <dcterms:modified xsi:type="dcterms:W3CDTF">2026-09-30T14:55:00Z</dcterms:modified>
  <cp:category/>
</cp:coreProperties>
</file>